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壮锦配色 · 我自己整理的5套色板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t>先说说壮锦配色的底层逻辑</w:t>
      </w:r>
    </w:p>
    <w:p>
      <w:r>
        <w:t>我第一次看到壮锦的时候，第一反应就是"好浓烈啊"。大红配大绿、大黄配大紫——不就是我们常说的"中国民间配色"吗？但仔细看会发现，它背后有一套严格的逻辑，不是随便往上堆颜色的。</w:t>
      </w:r>
    </w:p>
    <w:p>
      <w:r>
        <w:t>壮锦为什么这么"敢用色"？这得从它的生产工具说起。壮锦是用</w:t>
      </w:r>
      <w:r>
        <w:rPr>
          <w:b/>
        </w:rPr>
        <w:t>竹笼机</w:t>
      </w:r>
      <w:r>
        <w:t>织的，一种很原始的传统织机。那些丝线本身就比较粗，远没有现代印染那么精细。想象一下，如果笔画的线条很粗，画出来的图要在三米外还能看清楚——那肯定会用特别浓的颜色，把对比拉满。壮锦就是这个道理。</w:t>
      </w:r>
      <w:r>
        <w:rPr>
          <w:b/>
        </w:rPr>
        <w:t>高饱和 + 强对比，是"要让人在一丈外就看清楚这是什么"这个需求逼出来的</w:t>
      </w:r>
      <w:r>
        <w:t>，不是单纯的审美偏好。</w:t>
      </w:r>
    </w:p>
    <w:p>
      <w:r>
        <w:t>所以色相环上夹角拉得特别大（120°以上），饱和度撑得特别高（65%以上），就成了壮锦的标配。我在电脑上调色的时候也一样——想把壮锦的味道做出来，先把色相环上的两色夹角拉到120°以外看看。</w:t>
      </w:r>
    </w:p>
    <w:p>
      <w:pPr>
        <w:pStyle w:val="Heading2"/>
      </w:pPr>
      <w:r>
        <w:t>壮锦颜色的"语法"：五色体系</w:t>
      </w:r>
    </w:p>
    <w:p>
      <w:r>
        <w:t>我当初也在想：那么多颜色，壮锦为什么偏偏选这些？这就得说到中国文化里一个根本性的色彩体系——</w:t>
      </w:r>
      <w:r>
        <w:rPr>
          <w:b/>
        </w:rPr>
        <w:t>五色体系</w:t>
      </w:r>
      <w:r>
        <w:t>。</w:t>
      </w:r>
    </w:p>
    <w:p>
      <w:r>
        <w:t>古人把颜色分成了五种"正色"：</w:t>
      </w:r>
      <w:r>
        <w:rPr>
          <w:b/>
        </w:rPr>
        <w:t>青、赤、黄、白、黑</w:t>
      </w:r>
      <w:r>
        <w:t>。这五个颜色可不是随便挑的，它们在五行学说里分别对应木、火、土、金、水，也对应东、南、中、西、北五个方位。所以五色不仅仅是颜色，它是一套</w:t>
      </w:r>
      <w:r>
        <w:rPr>
          <w:b/>
        </w:rPr>
        <w:t>世界观的编码系统</w:t>
      </w:r>
      <w:r>
        <w:t>。</w:t>
      </w:r>
    </w:p>
    <w:p>
      <w:r>
        <w:t>壮族人在这个体系上做了一件很聪明的事：他们突出了</w:t>
      </w:r>
      <w:r>
        <w:rPr>
          <w:b/>
        </w:rPr>
        <w:t>赤（红）和黄</w:t>
      </w:r>
      <w:r>
        <w:t>。我分析下来有两个原因：</w:t>
      </w:r>
    </w:p>
    <w:p>
      <w:r>
        <w:t>第一，</w:t>
      </w:r>
      <w:r>
        <w:rPr>
          <w:b/>
        </w:rPr>
        <w:t>地理原因</w:t>
      </w:r>
      <w:r>
        <w:t>。广西的红土盛产各种红色染料——茜草、苏木、红花，这些都是能染出漂亮红色的植物。染料来源充足，自然用得就多。</w:t>
      </w:r>
    </w:p>
    <w:p>
      <w:r>
        <w:t>第二，</w:t>
      </w:r>
      <w:r>
        <w:rPr>
          <w:b/>
        </w:rPr>
        <w:t>文化原因</w:t>
      </w:r>
      <w:r>
        <w:t>。红色在壮族文化里代表生命力、喜庆、驱邪；黄色代表土地、丰收、尊贵。这两色在壮锦里占比最大，不是偶然的。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t>5套可以直接用的色板</w:t>
      </w:r>
    </w:p>
    <w:p>
      <w:r>
        <w:t>下面这5套色板，每一套都是从传统壮锦的真实色值里提取的，RGB数据来自广东工业大学可拓论文的DigiEye量化分析（DOI: [10.12052/gdutxb.230041](https://doi.org/10.12052/gdutxb.230041)）。我自己分好了"什么时候用"和"怎么调"，直接复制HEX值就能用。</w:t>
      </w:r>
    </w:p>
    <w:p>
      <w:pPr>
        <w:pBdr>
          <w:bottom w:val="single" w:sz="6" w:space="1" w:color="AAAAAA"/>
        </w:pBdr>
      </w:pPr>
    </w:p>
    <w:p>
      <w:pPr>
        <w:pStyle w:val="Heading3"/>
      </w:pPr>
      <w:r>
        <w:t>色板A：暖烈型 —— 最正宗的壮锦味道</w:t>
      </w:r>
    </w:p>
    <w:p>
      <w:r>
        <w:rPr>
          <w:b/>
        </w:rPr>
        <w:t>什么感觉：</w:t>
      </w:r>
      <w:r>
        <w:t xml:space="preserve"> 就是那种一眼看过去就知道"这是壮锦"的方案。红橙扑面，对比拉满，视觉冲击力最强。</w:t>
      </w:r>
    </w:p>
    <w:p>
      <w:r>
        <w:rPr>
          <w:b/>
        </w:rPr>
        <w:t>什么时候用：</w:t>
      </w:r>
      <w:r>
        <w:t xml:space="preserve"> 节庆包装、婚庆礼品、需要表达"热情/活力"的品牌VI。适合那种要在货架上被一眼看到的产品。</w:t>
      </w:r>
    </w:p>
    <w:p>
      <w:pPr>
        <w:shd w:val="clear" w:color="auto" w:fill="F0F0F0"/>
      </w:pPr>
      <w:r>
        <w:rPr>
          <w:rFonts w:ascii="Courier New" w:hAnsi="Courier New"/>
          <w:sz w:val="18"/>
        </w:rPr>
        <w:t>主色  ████████ #DC4A24 (橙红)    —— 纹样的主角，占画面约30%</w:t>
        <w:br/>
        <w:t>辅色1 ████████ #E29231 (金黄)    —— 尊贵感来源</w:t>
        <w:br/>
        <w:t>辅色2 ████████ #D97225 (橙黄)    —— 过渡色，把主色和金色串起来</w:t>
        <w:br/>
        <w:t>点缀  ████████ #F3F4C3 (米白)    —— 透气用的，不然太闷</w:t>
        <w:br/>
        <w:t>底色  ████████ #1A1A2E (深玄)    —— 深色底让纹样"浮"出来</w:t>
        <w:br/>
        <w:br/>
        <w:t>色值来源：参考回形纹P7的#D97225、#DC4A24、#BAB382</w:t>
      </w:r>
    </w:p>
    <w:p>
      <w:r>
        <w:t>关键技巧：这套配色的核心操作是</w:t>
      </w:r>
      <w:r>
        <w:rPr>
          <w:b/>
        </w:rPr>
        <w:t>色相夹角</w:t>
      </w:r>
      <w:r>
        <w:t>。主色（#DC4A24，H≈12°）和底色（#1A1A2E，深蓝底H≈240°），两者夹角228°（取锐角就是132°）。这个夹角越大，对比越强，壮锦感就越浓。一般夹角拉到120°以上就有那个味道了。</w:t>
      </w:r>
    </w:p>
    <w:p>
      <w:r>
        <w:t>如果想降低冲击力但保留暖调，把主色饱和度从72%降到50%左右，米白面积稍微放大，就从"热烈"变成了"温暖"——这是同一个色板的不同"音量"。</w:t>
      </w:r>
    </w:p>
    <w:p>
      <w:pPr>
        <w:pBdr>
          <w:bottom w:val="single" w:sz="6" w:space="1" w:color="AAAAAA"/>
        </w:pBdr>
      </w:pPr>
    </w:p>
    <w:p>
      <w:pPr>
        <w:pStyle w:val="Heading3"/>
      </w:pPr>
      <w:r>
        <w:t>色板B：冷艳型 —— 蓝绿为主调的克制版</w:t>
      </w:r>
    </w:p>
    <w:p>
      <w:r>
        <w:rPr>
          <w:b/>
        </w:rPr>
        <w:t>什么感觉：</w:t>
      </w:r>
      <w:r>
        <w:t xml:space="preserve"> 壮锦不全是热烈——蓝绿色系的方案特别适合现代空间。它保留了"壮锦的结构感"，但删掉了那种热腾腾的情绪。</w:t>
      </w:r>
    </w:p>
    <w:p>
      <w:r>
        <w:rPr>
          <w:b/>
        </w:rPr>
        <w:t>什么时候用：</w:t>
      </w:r>
      <w:r>
        <w:t xml:space="preserve"> 文创产品、茶饮品牌、SPA/Salon、夏季限定包装。适合不想让人觉得很"民族风"但想要文化底蕴的场景。</w:t>
      </w:r>
    </w:p>
    <w:p>
      <w:pPr>
        <w:shd w:val="clear" w:color="auto" w:fill="F0F0F0"/>
      </w:pPr>
      <w:r>
        <w:rPr>
          <w:rFonts w:ascii="Courier New" w:hAnsi="Courier New"/>
          <w:sz w:val="18"/>
        </w:rPr>
        <w:t>主色  ████████ #2A5A7A (靛蓝)    —— 沉稳，有深度</w:t>
        <w:br/>
        <w:t>辅色1 ████████ #98BBC4 (灰蓝)    —— 像清晨的雾</w:t>
        <w:br/>
        <w:t>辅色2 ████████ #7BA885 (豆青)    —— 一点植物感，不让蓝色太冷</w:t>
        <w:br/>
        <w:t>点缀  ████████ #DC4A24 (橙红)    —— 关键的"温度提醒"</w:t>
        <w:br/>
        <w:t>底色  ████████ #F3F4C3 (米白)    —— 大面积留白</w:t>
      </w:r>
    </w:p>
    <w:p>
      <w:r>
        <w:t>核心操作的秘密在于那个小小的橙红点缀色。蓝（H≈203°）和橙（H≈12°）的色相夹角是169°，几乎是互补色。但这种互补不会冲——因为大面积的蓝都是低饱和（≤49%），橙红的面积也只有5%左右。</w:t>
      </w:r>
      <w:r>
        <w:rPr>
          <w:b/>
        </w:rPr>
        <w:t>面积越小，冲击力越强</w:t>
      </w:r>
      <w:r>
        <w:t>——控制到5%以内，它就成了一个精准的"文化锚点"，而不是跟蓝色打架。</w:t>
      </w:r>
    </w:p>
    <w:p>
      <w:pPr>
        <w:pBdr>
          <w:bottom w:val="single" w:sz="6" w:space="1" w:color="AAAAAA"/>
        </w:pBdr>
      </w:pPr>
    </w:p>
    <w:p>
      <w:pPr>
        <w:pStyle w:val="Heading3"/>
      </w:pPr>
      <w:r>
        <w:t>色板C：金贵型 —— 黄金色做主调</w:t>
      </w:r>
    </w:p>
    <w:p>
      <w:r>
        <w:rPr>
          <w:b/>
        </w:rPr>
        <w:t>什么感觉：</w:t>
      </w:r>
      <w:r>
        <w:t xml:space="preserve"> 金色在壮锦里从来不是"俗气"的，而是天地丰收的象征。做得好会非常高级。</w:t>
      </w:r>
    </w:p>
    <w:p>
      <w:r>
        <w:rPr>
          <w:b/>
        </w:rPr>
        <w:t>什么时候用：</w:t>
      </w:r>
      <w:r>
        <w:t xml:space="preserve"> 高端伴手礼、珠宝品牌、颁奖典礼视觉、需要传递"尊贵感"的场景。</w:t>
      </w:r>
    </w:p>
    <w:p>
      <w:pPr>
        <w:shd w:val="clear" w:color="auto" w:fill="F0F0F0"/>
      </w:pPr>
      <w:r>
        <w:rPr>
          <w:rFonts w:ascii="Courier New" w:hAnsi="Courier New"/>
          <w:sz w:val="18"/>
        </w:rPr>
        <w:t>主色  ████████ #E29231 (金黄)    —— 视觉核心，像阳光</w:t>
        <w:br/>
        <w:t>辅色1 ████████ #D97225 (橙黄)    —— 给金色一点"热度"</w:t>
        <w:br/>
        <w:t>辅色2 ████████ #C9D65D (草绿)    —— 黄绿的邻色搭配，舒服</w:t>
        <w:br/>
        <w:t>点缀  ████████ #C63C2F (大红)    —— 一点红，提气色</w:t>
        <w:br/>
        <w:t>底色  ████████ #2A2A2A (深灰)    —— 千万别用纯黑——金色会显得"浮"</w:t>
        <w:br/>
        <w:br/>
        <w:t>色值来源：参考王字纹P1的#E29231、#C9D65D、#F3F4C3</w:t>
      </w:r>
    </w:p>
    <w:p>
      <w:r>
        <w:t>这里有个经验教训：</w:t>
      </w:r>
      <w:r>
        <w:rPr>
          <w:b/>
        </w:rPr>
        <w:t>金色配纯黑是大忌</w:t>
      </w:r>
      <w:r>
        <w:t>。纯黑太吸光，金色本身又是发光感很强的颜色，两者在一起，金色就飘起来了，显得廉价。用深灰（#2A2A2A）而不是纯黑（#000000），金色就有了一个能"站住"的底色。</w:t>
      </w:r>
    </w:p>
    <w:p>
      <w:pPr>
        <w:pBdr>
          <w:bottom w:val="single" w:sz="6" w:space="1" w:color="AAAAAA"/>
        </w:pBdr>
      </w:pPr>
    </w:p>
    <w:p>
      <w:pPr>
        <w:pStyle w:val="Heading3"/>
      </w:pPr>
      <w:r>
        <w:t>色板D：深沉型 —— 黑紫底的神秘感</w:t>
      </w:r>
    </w:p>
    <w:p>
      <w:r>
        <w:rPr>
          <w:b/>
        </w:rPr>
        <w:t>什么感觉：</w:t>
      </w:r>
      <w:r>
        <w:t xml:space="preserve"> 这其实不是传统壮锦的配方，传统壮锦几乎没有紫色。但作为一种"受壮锦启发"的方案，它特别适合需要"文化暗示"而不是"文化复刻"的场景。</w:t>
      </w:r>
    </w:p>
    <w:p>
      <w:r>
        <w:rPr>
          <w:b/>
        </w:rPr>
        <w:t>什么时候用：</w:t>
      </w:r>
      <w:r>
        <w:t xml:space="preserve"> 男装、皮具、科技产品包装、夜店/音乐节品牌。适合想让人觉得"有东方底蕴但不陈旧"的调性。</w:t>
      </w:r>
    </w:p>
    <w:p>
      <w:pPr>
        <w:shd w:val="clear" w:color="auto" w:fill="F0F0F0"/>
      </w:pPr>
      <w:r>
        <w:rPr>
          <w:rFonts w:ascii="Courier New" w:hAnsi="Courier New"/>
          <w:sz w:val="18"/>
        </w:rPr>
        <w:t>主色  ████████ #4A2A5A (紫黑)    —— 像午夜的天</w:t>
        <w:br/>
        <w:t>辅色1 ████████ #8A4B7A (绛紫)    —— 由深到浅的层次</w:t>
        <w:br/>
        <w:t>辅色2 ████████ #BAB382 (米灰)    —— 给紫色系一点喘息</w:t>
        <w:br/>
        <w:t>点缀  ████████ #E29231 (金黄)    —— 暗色底上的发光点</w:t>
        <w:br/>
        <w:t>底色  ████████ #1A1A1A (接近黑)  —— 大面积深色</w:t>
      </w:r>
    </w:p>
    <w:p>
      <w:r>
        <w:rPr>
          <w:b/>
        </w:rPr>
        <w:t>这套色板的使用原则：</w:t>
      </w:r>
      <w:r>
        <w:t xml:space="preserve"> 大面积的暗色调（底色约占45%）+ 小面积的金色点缀（约10%），本质上就是"暗场打光"的配色思路。金色在黑暗中会显得特别亮，视觉冲击力甚至比色板A（暖烈型）还要强。</w:t>
      </w:r>
    </w:p>
    <w:p>
      <w:pPr>
        <w:pBdr>
          <w:bottom w:val="single" w:sz="6" w:space="1" w:color="AAAAAA"/>
        </w:pBdr>
      </w:pPr>
    </w:p>
    <w:p>
      <w:pPr>
        <w:pStyle w:val="Heading3"/>
      </w:pPr>
      <w:r>
        <w:t>色板E：素雅型 —— 我的首选方案</w:t>
      </w:r>
    </w:p>
    <w:p>
      <w:r>
        <w:rPr>
          <w:b/>
        </w:rPr>
        <w:t>什么感觉：</w:t>
      </w:r>
      <w:r>
        <w:t xml:space="preserve"> 如果做一个设计，想让客户说"好看"而不是"这个很民族"，就用这套。它保留了暖色底调但大幅降了饱和度，适合大量留白的现代设计。</w:t>
      </w:r>
    </w:p>
    <w:p>
      <w:r>
        <w:rPr>
          <w:b/>
        </w:rPr>
        <w:t>什么时候用：</w:t>
      </w:r>
      <w:r>
        <w:t xml:space="preserve"> 日用品包装、家居纺织品、极简品牌、任何不想"太抢"的设计场景。</w:t>
      </w:r>
    </w:p>
    <w:p>
      <w:pPr>
        <w:shd w:val="clear" w:color="auto" w:fill="F0F0F0"/>
      </w:pPr>
      <w:r>
        <w:rPr>
          <w:rFonts w:ascii="Courier New" w:hAnsi="Courier New"/>
          <w:sz w:val="18"/>
        </w:rPr>
        <w:t>主色  ████████ #D9A66B (米驼)    —— 传统橙黄降饱和得到的</w:t>
        <w:br/>
        <w:t>辅色1 ████████ #98BBC4 (灰蓝)    —— 冷色后退</w:t>
        <w:br/>
        <w:t>辅色2 ████████ #7BA885 (豆青)    —— 自然过渡</w:t>
        <w:br/>
        <w:t>点缀  ████████ #DC4A24 (橙红)    —— 还是那个"文化锚点"</w:t>
        <w:br/>
        <w:t>底色  ████████ #F5F0E8 (暖白)    —— 接近纸的颜色</w:t>
      </w:r>
    </w:p>
    <w:p>
      <w:r>
        <w:rPr>
          <w:b/>
        </w:rPr>
        <w:t>这套色板的制作方法</w:t>
      </w:r>
      <w:r>
        <w:t>：我观察米驼色（#D9A66B）是从哪儿来的？它就是传统色板A里的橙黄（#D97225）经过</w:t>
      </w:r>
      <w:r>
        <w:rPr>
          <w:b/>
        </w:rPr>
        <w:t>降饱和+提明度</w:t>
      </w:r>
      <w:r>
        <w:t>得到的。具体操作：</w:t>
      </w:r>
    </w:p>
    <w:p>
      <w:pPr>
        <w:pStyle w:val="ListBullet"/>
      </w:pPr>
      <w:r>
        <w:t>饱和度从72%降到59%</w:t>
      </w:r>
    </w:p>
    <w:p>
      <w:pPr>
        <w:pStyle w:val="ListBullet"/>
      </w:pPr>
      <w:r>
        <w:t>明度从50%提到64%</w:t>
      </w:r>
    </w:p>
    <w:p>
      <w:r>
        <w:t>这就是传统→现代最常用的单色变换公式。我在软件里试了一下规律——任何壮锦传统色，把饱和度砍掉30-40%，明度提高10-20%，出来的就是"有文化底色但不显旧"的现代色。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t>附1：从染色工艺看"为什么是这些颜色"</w:t>
      </w:r>
    </w:p>
    <w:p>
      <w:r>
        <w:t>我有时也在想：壮锦的颜色是从哪儿来的？这就要聊到宋应星《天工开物》里记录的明代染色技术了。书里一共记载了26种染色方法——注意，不是26种颜色，是26种</w:t>
      </w:r>
      <w:r>
        <w:rPr>
          <w:b/>
        </w:rPr>
        <w:t>方法</w:t>
      </w:r>
      <w:r>
        <w:t>。每种颜色在染色的时候，材料选择、媒染剂（固色的东西，比如明矾）、染色次数，全都不一样。</w:t>
      </w:r>
    </w:p>
    <w:p>
      <w:r>
        <w:t>拿红色来举个例子，古人在"怎么染出一个好红色"这件事上，花了很长的时间迭代：</w:t>
      </w:r>
    </w:p>
    <w:p>
      <w:pPr>
        <w:pStyle w:val="ListNumber"/>
      </w:pPr>
      <w:r>
        <w:rPr>
          <w:b/>
        </w:rPr>
        <w:t>最早用茜草</w:t>
      </w:r>
      <w:r>
        <w:t>——茜草是最古老的红色染料，春秋战国就在用了。但茜草染出来的红色偏暗，偏土红，不够鲜艳。</w:t>
      </w:r>
    </w:p>
    <w:p>
      <w:pPr>
        <w:pStyle w:val="ListNumber"/>
      </w:pPr>
      <w:r>
        <w:rPr>
          <w:b/>
        </w:rPr>
        <w:t>后来换红花</w:t>
      </w:r>
      <w:r>
        <w:t>——南北朝之后红花传入中原。红花染出来的红比茜草亮得多，叫"真红"。但红花有个问题：成本高，一匹绢要用很多花。</w:t>
      </w:r>
    </w:p>
    <w:p>
      <w:pPr>
        <w:pStyle w:val="ListNumber"/>
      </w:pPr>
      <w:r>
        <w:rPr>
          <w:b/>
        </w:rPr>
        <w:t>最后用苏木</w:t>
      </w:r>
      <w:r>
        <w:t>——苏木是明清之后大规模使用的红色染料。它的优势是可以配合不同的媒染剂调出不同深浅的红——用明矾染出来是鲜艳的绯红，用绿矾染出来是暗红，用石灰水染出来偏紫红，一棵木头能出好几种红。所以到了壮锦兴盛的时代，苏木就成了主要的红色来源。</w:t>
      </w:r>
    </w:p>
    <w:p>
      <w:r>
        <w:t>这个路线：茜草→红花→苏木，其实就是一个</w:t>
      </w:r>
      <w:r>
        <w:rPr>
          <w:b/>
        </w:rPr>
        <w:t>从"能用"到"好用"到"可控"</w:t>
      </w:r>
      <w:r>
        <w:t>的演化过程。迁移到设计上：不是一步到位找最"正宗"的色值，而是先用基础方案（茜草级配色），再迭代到更精准的控制（苏木级配色）。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t>附2：实用工具 + 参考色卡</w:t>
      </w:r>
    </w:p>
    <w:p>
      <w:r>
        <w:t>我调色的时候配合下面这些资源：</w:t>
      </w:r>
    </w:p>
    <w:p>
      <w:pPr>
        <w:pStyle w:val="ListBullet"/>
      </w:pPr>
      <w:r>
        <w:rPr>
          <w:b/>
        </w:rPr>
        <w:t>中国传统色参考</w:t>
      </w:r>
      <w:r>
        <w:t>：[zhongguose.com](https://zhongguose.com) —— 216种传统色的色卡，带CMYK和RGB值，很适合做配色的"起手式"。搜"緗色"、"月白"、"靛蓝"，都能看到对应的现代色值和历史出处。</w:t>
      </w:r>
    </w:p>
    <w:p>
      <w:pPr>
        <w:pStyle w:val="ListBullet"/>
      </w:pPr>
      <w:r>
        <w:rPr>
          <w:b/>
        </w:rPr>
        <w:t>Adobe Color</w:t>
      </w:r>
      <w:r>
        <w:t>：[https://color.adobe.com](https://color.adobe.com) —— 导入一张壮锦图片，它自动提取主色，生成配色方案。还能用"色轮规则"（互补/三角/单色）找到和谐的搭配。</w:t>
      </w:r>
    </w:p>
    <w:p>
      <w:pPr>
        <w:pStyle w:val="ListBullet"/>
      </w:pPr>
      <w:r>
        <w:rPr>
          <w:b/>
        </w:rPr>
        <w:t>Coolors.co</w:t>
      </w:r>
      <w:r>
        <w:t>：[https://coolors.co](https://coolors.co) —— 快速生成配色方案的小工具，按空格键一秒钟生成一套。生成速度极快，适合头脑风暴阶段先用它找找感觉。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t>附3：我用的验证清单</w:t>
      </w:r>
    </w:p>
    <w:p>
      <w:r>
        <w:t>设计做好之后，用这个清单过一遍：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color="auto" w:fill="E8F4FD"/>
          </w:tcPr>
          <w:p>
            <w:r>
              <w:rPr>
                <w:b/>
              </w:rPr>
            </w:r>
            <w:r>
              <w:rPr>
                <w:b/>
              </w:rPr>
              <w:t>检查项</w:t>
            </w:r>
          </w:p>
        </w:tc>
        <w:tc>
          <w:tcPr>
            <w:tcW w:type="dxa" w:w="2880"/>
            <w:shd w:val="clear" w:color="auto" w:fill="E8F4FD"/>
          </w:tcPr>
          <w:p>
            <w:r>
              <w:rPr>
                <w:b/>
              </w:rPr>
            </w:r>
            <w:r>
              <w:rPr>
                <w:b/>
              </w:rPr>
              <w:t>标准</w:t>
            </w:r>
          </w:p>
        </w:tc>
        <w:tc>
          <w:tcPr>
            <w:tcW w:type="dxa" w:w="2880"/>
            <w:shd w:val="clear" w:color="auto" w:fill="E8F4FD"/>
          </w:tcPr>
          <w:p>
            <w:r>
              <w:rPr>
                <w:b/>
              </w:rPr>
            </w:r>
            <w:r>
              <w:rPr>
                <w:b/>
              </w:rPr>
              <w:t>怎么检查</w:t>
            </w:r>
          </w:p>
        </w:tc>
      </w:tr>
      <w:tr>
        <w:tc>
          <w:tcPr>
            <w:tcW w:type="dxa" w:w="2880"/>
          </w:tcPr>
          <w:p>
            <w:r/>
            <w:r>
              <w:t>色相夹角够不够大</w:t>
            </w:r>
          </w:p>
        </w:tc>
        <w:tc>
          <w:tcPr>
            <w:tcW w:type="dxa" w:w="2880"/>
          </w:tcPr>
          <w:p>
            <w:r/>
            <w:r>
              <w:t>主色与辅色/底色至少一对夹角≥120°</w:t>
            </w:r>
          </w:p>
        </w:tc>
        <w:tc>
          <w:tcPr>
            <w:tcW w:type="dxa" w:w="2880"/>
          </w:tcPr>
          <w:p>
            <w:r/>
            <w:r>
              <w:t>在HSL里看H值的差值</w:t>
            </w:r>
          </w:p>
        </w:tc>
      </w:tr>
      <w:tr>
        <w:tc>
          <w:tcPr>
            <w:tcW w:type="dxa" w:w="2880"/>
          </w:tcPr>
          <w:p>
            <w:r/>
            <w:r>
              <w:t>暖进冷退</w:t>
            </w:r>
          </w:p>
        </w:tc>
        <w:tc>
          <w:tcPr>
            <w:tcW w:type="dxa" w:w="2880"/>
          </w:tcPr>
          <w:p>
            <w:r/>
            <w:r>
              <w:t>暖色S≥65%，冷色S≤50%</w:t>
            </w:r>
          </w:p>
        </w:tc>
        <w:tc>
          <w:tcPr>
            <w:tcW w:type="dxa" w:w="2880"/>
          </w:tcPr>
          <w:p>
            <w:r/>
            <w:r>
              <w:t>对比暖色和冷色的饱和度</w:t>
            </w:r>
          </w:p>
        </w:tc>
      </w:tr>
      <w:tr>
        <w:tc>
          <w:tcPr>
            <w:tcW w:type="dxa" w:w="2880"/>
          </w:tcPr>
          <w:p>
            <w:r/>
            <w:r>
              <w:t>底色对不对</w:t>
            </w:r>
          </w:p>
        </w:tc>
        <w:tc>
          <w:tcPr>
            <w:tcW w:type="dxa" w:w="2880"/>
          </w:tcPr>
          <w:p>
            <w:r/>
            <w:r>
              <w:t>底色L≤30%或L≥80%，且S≤30%</w:t>
            </w:r>
          </w:p>
        </w:tc>
        <w:tc>
          <w:tcPr>
            <w:tcW w:type="dxa" w:w="2880"/>
          </w:tcPr>
          <w:p>
            <w:r/>
            <w:r>
              <w:t>最深/最浅的色在不在边界内</w:t>
            </w:r>
          </w:p>
        </w:tc>
      </w:tr>
      <w:tr>
        <w:tc>
          <w:tcPr>
            <w:tcW w:type="dxa" w:w="2880"/>
          </w:tcPr>
          <w:p>
            <w:r/>
            <w:r>
              <w:t>三层次清楚</w:t>
            </w:r>
          </w:p>
        </w:tc>
        <w:tc>
          <w:tcPr>
            <w:tcW w:type="dxa" w:w="2880"/>
          </w:tcPr>
          <w:p>
            <w:r/>
            <w:r>
              <w:t>灰度模式下三层L值有阶梯差</w:t>
            </w:r>
          </w:p>
        </w:tc>
        <w:tc>
          <w:tcPr>
            <w:tcW w:type="dxa" w:w="2880"/>
          </w:tcPr>
          <w:p>
            <w:r/>
            <w:r>
              <w:t>转为灰度，看深浅层次</w:t>
            </w:r>
          </w:p>
        </w:tc>
      </w:tr>
      <w:tr>
        <w:tc>
          <w:tcPr>
            <w:tcW w:type="dxa" w:w="2880"/>
          </w:tcPr>
          <w:p>
            <w:r/>
            <w:r>
              <w:t>点缀面积控制</w:t>
            </w:r>
          </w:p>
        </w:tc>
        <w:tc>
          <w:tcPr>
            <w:tcW w:type="dxa" w:w="2880"/>
          </w:tcPr>
          <w:p>
            <w:r/>
            <w:r>
              <w:t>最鲜艳的颜色面积≤15%</w:t>
            </w:r>
          </w:p>
        </w:tc>
        <w:tc>
          <w:tcPr>
            <w:tcW w:type="dxa" w:w="2880"/>
          </w:tcPr>
          <w:p>
            <w:r/>
            <w:r>
              <w:t>目视估计鲜艳色的占比</w:t>
            </w:r>
          </w:p>
        </w:tc>
      </w:tr>
    </w:tbl>
    <w:p>
      <w:r>
        <w:t>这套清单其实就是壮锦配色的本质：</w:t>
      </w:r>
      <w:r>
        <w:rPr>
          <w:b/>
        </w:rPr>
        <w:t>暖色高饱和线 + 冷色低饱和辅助 + 黑白米灰调节</w:t>
      </w:r>
      <w:r>
        <w:t>。不管怎么创新，只要这个三层结构在，"壮锦感"就不会丢。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